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Carta de solicitud</w:t>
      </w:r>
    </w:p>
    <w:p>
      <w:pPr>
        <w:pStyle w:val="Subtitle"/>
      </w:pPr>
      <w:r>
        <w:t>Plantilla editable · Datos ficticios · Versión para practicar</w:t>
      </w:r>
    </w:p>
    <w:p>
      <w:pPr>
        <w:jc w:val="right"/>
      </w:pPr>
      <w:r>
        <w:t>Madrid, [fecha de ejemplo]</w:t>
      </w:r>
    </w:p>
    <w:p>
      <w:r>
        <w:t>[Nombre o entidad destinataria]</w:t>
      </w:r>
    </w:p>
    <w:p>
      <w:pPr>
        <w:pStyle w:val="Heading1"/>
      </w:pPr>
      <w:r>
        <w:t>Asunto: Solicitud de información</w:t>
      </w:r>
    </w:p>
    <w:p>
      <w:r>
        <w:t>Buenos días:</w:t>
      </w:r>
    </w:p>
    <w:p>
      <w:r>
        <w:t>Me gustaría solicitar información sobre [actividad o servicio] que se ofrece en [lugar]. En concreto, agradecería conocer [horarios, condiciones u otros detalles].</w:t>
      </w:r>
    </w:p>
    <w:p>
      <w:r>
        <w:t>Muchas gracias por su atención. Quedo a la espera de su respuesta.</w:t>
      </w:r>
    </w:p>
    <w:p>
      <w:r>
        <w:t>Un saludo cordial,</w:t>
      </w:r>
    </w:p>
    <w:p>
      <w:r>
        <w:t>[Nombre de ejemplo]</w:t>
      </w:r>
    </w:p>
    <w:p>
      <w:pPr>
        <w:pStyle w:val="Heading2"/>
      </w:pPr>
      <w:r>
        <w:t>Tu reto</w:t>
      </w:r>
    </w:p>
    <w:p>
      <w:pPr>
        <w:pStyle w:val="ListBullet"/>
      </w:pPr>
      <w:r>
        <w:t>Cambia los textos entre corchetes por ejemplos inventados.</w:t>
      </w:r>
    </w:p>
    <w:p>
      <w:pPr>
        <w:pStyle w:val="ListBullet"/>
      </w:pPr>
      <w:r>
        <w:t>Da al asunto el estilo Título 1 y destaca únicamente una frase importante.</w:t>
      </w:r>
    </w:p>
    <w:p>
      <w:pPr>
        <w:pStyle w:val="ListBullet"/>
      </w:pPr>
      <w:r>
        <w:t>Guarda como Carta_solicitud_informacion.docx dentro de Mi curso digital.</w:t>
      </w:r>
    </w:p>
    <w:p>
      <w:pPr>
        <w:pStyle w:val="ListBullet"/>
      </w:pPr>
      <w:r>
        <w:t>Cierra y vuelve a abrir el archivo para comprobar que sabes localizarlo.</w:t>
      </w:r>
    </w:p>
    <w:p>
      <w:r>
        <w:t>Nota de privacidad: esta plantilla utiliza datos ficticios. No entregues información personal real en la academia.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MÓDULO 05 · WORD: ESCRIBIR Y CREAR   |   Material de práctica ·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t>NADASEPIERDE.COM   /   ACADEMIA DIGITAL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  <w:color w:val="23354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495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5A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E384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de solicitud - NADASEPIERDE</dc:title>
  <dc:subject>Material educativo de Word, módulo 5</dc:subject>
  <dc:creator>NADASEPIERDE.COM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