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Cuaderno de prácticas</w:t>
      </w:r>
    </w:p>
    <w:p>
      <w:pPr>
        <w:pStyle w:val="Subtitle"/>
      </w:pPr>
      <w:r>
        <w:t>Módulo 05 · Word desde cero · 4 misiones guiadas</w:t>
      </w:r>
    </w:p>
    <w:p>
      <w:pPr>
        <w:pStyle w:val="Heading1"/>
      </w:pPr>
      <w:r>
        <w:t>Misión 5.1 — Crear y guardar</w:t>
      </w:r>
    </w:p>
    <w:p>
      <w:pPr>
        <w:ind w:left="283" w:hanging="227"/>
      </w:pPr>
      <w:r>
        <w:t>1. Abre Word y crea un documento nuevo en blanco.</w:t>
      </w:r>
    </w:p>
    <w:p>
      <w:pPr>
        <w:ind w:left="283" w:hanging="227"/>
      </w:pPr>
      <w:r>
        <w:t>2. Escribe el título Mi primer documento digital y tres frases sobre una afición.</w:t>
      </w:r>
    </w:p>
    <w:p>
      <w:pPr>
        <w:ind w:left="283" w:hanging="227"/>
      </w:pPr>
      <w:r>
        <w:t>3. Guarda el archivo con el nombre Mi_primer_documento.docx en la carpeta Mi curso digital.</w:t>
      </w:r>
    </w:p>
    <w:p>
      <w:pPr>
        <w:ind w:left="283" w:hanging="227"/>
      </w:pPr>
      <w:r>
        <w:t>4. Cierra Word, localiza el archivo desde el Explorador y vuelve a abrirlo.</w:t>
      </w:r>
    </w:p>
    <w:p>
      <w:pPr>
        <w:pStyle w:val="Heading1"/>
      </w:pPr>
      <w:r>
        <w:t>Misión 5.2 — Editar sin miedo</w:t>
      </w:r>
    </w:p>
    <w:p>
      <w:pPr>
        <w:ind w:left="283" w:hanging="227"/>
      </w:pPr>
      <w:r>
        <w:t>1. Escribe las frases: Quiero aprender Word. Practicaré cada semana. Guardaré mis documentos.</w:t>
      </w:r>
    </w:p>
    <w:p>
      <w:pPr>
        <w:ind w:left="283" w:hanging="227"/>
      </w:pPr>
      <w:r>
        <w:t>2. Selecciona la segunda frase y cópiala con Ctrl+C. Pégala al final con Ctrl+V.</w:t>
      </w:r>
    </w:p>
    <w:p>
      <w:pPr>
        <w:ind w:left="283" w:hanging="227"/>
      </w:pPr>
      <w:r>
        <w:t>3. Mueve una frase usando Ctrl+X y Ctrl+V. Después utiliza Ctrl+Z para deshacer.</w:t>
      </w:r>
    </w:p>
    <w:p>
      <w:pPr>
        <w:ind w:left="283" w:hanging="227"/>
      </w:pPr>
      <w:r>
        <w:t>4. Comprueba que el documento no contiene duplicados involuntarios.</w:t>
      </w:r>
    </w:p>
    <w:p>
      <w:pPr>
        <w:pStyle w:val="Heading1"/>
      </w:pPr>
      <w:r>
        <w:t>Misión 5.3 — Dar formato</w:t>
      </w:r>
    </w:p>
    <w:p>
      <w:pPr>
        <w:ind w:left="283" w:hanging="227"/>
      </w:pPr>
      <w:r>
        <w:t>1. Escribe Plan de fin de semana y aplica el estilo Título 1.</w:t>
      </w:r>
    </w:p>
    <w:p>
      <w:pPr>
        <w:ind w:left="283" w:hanging="227"/>
      </w:pPr>
      <w:r>
        <w:t>2. Redacta dos líneas de introducción y resalta en negrita una idea principal.</w:t>
      </w:r>
    </w:p>
    <w:p>
      <w:pPr>
        <w:ind w:left="283" w:hanging="227"/>
      </w:pPr>
      <w:r>
        <w:t>3. Crea una lista con tres planes. Si el orden importa, utiliza numeración.</w:t>
      </w:r>
    </w:p>
    <w:p>
      <w:pPr>
        <w:ind w:left="283" w:hanging="227"/>
      </w:pPr>
      <w:r>
        <w:t>4. Revisa la legibilidad y guarda el documento.</w:t>
      </w:r>
    </w:p>
    <w:p>
      <w:pPr>
        <w:pStyle w:val="Heading1"/>
      </w:pPr>
      <w:r>
        <w:t>Misión 5.4 — Tu primera carta</w:t>
      </w:r>
    </w:p>
    <w:p>
      <w:pPr>
        <w:ind w:left="283" w:hanging="227"/>
      </w:pPr>
      <w:r>
        <w:t>1. Utiliza la plantilla Carta de solicitud del módulo o crea un documento desde cero.</w:t>
      </w:r>
    </w:p>
    <w:p>
      <w:pPr>
        <w:ind w:left="283" w:hanging="227"/>
      </w:pPr>
      <w:r>
        <w:t>2. Incluye fecha ficticia, asunto, saludo, petición y despedida.</w:t>
      </w:r>
    </w:p>
    <w:p>
      <w:pPr>
        <w:ind w:left="283" w:hanging="227"/>
      </w:pPr>
      <w:r>
        <w:t>3. Aplica título, negrita con moderación y espaciado entre párrafos.</w:t>
      </w:r>
    </w:p>
    <w:p>
      <w:pPr>
        <w:ind w:left="283" w:hanging="227"/>
      </w:pPr>
      <w:r>
        <w:t>4. Guarda como Carta_solicitud_informacion.docx y comprueba que se abre.</w:t>
      </w:r>
    </w:p>
    <w:p>
      <w:pPr>
        <w:pStyle w:val="Heading1"/>
      </w:pPr>
      <w:r>
        <w:t>Comprobación final</w:t>
      </w:r>
    </w:p>
    <w:p>
      <w:r>
        <w:t>☐ Puedo abrir un documento nuevo sin ayuda.</w:t>
      </w:r>
    </w:p>
    <w:p>
      <w:r>
        <w:t>☐ Puedo seleccionar, copiar, mover y deshacer cambios.</w:t>
      </w:r>
    </w:p>
    <w:p>
      <w:r>
        <w:t>☐ Puedo aplicar títulos, negritas y listas.</w:t>
      </w:r>
    </w:p>
    <w:p>
      <w:r>
        <w:t>☐ Puedo guardar un DOCX, localizarlo y abrirlo de nuevo.</w:t>
      </w:r>
    </w:p>
    <w:p>
      <w:r>
        <w:t>Recuerda: la meta es hacerlo por ti mismo, no terminar en un tiempo mínimo.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center"/>
    </w:pPr>
    <w:r>
      <w:t>MÓDULO 05 · WORD: ESCRIBIR Y CREAR   |   Material de práctica ·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  <w:jc w:val="right"/>
    </w:pPr>
    <w:r>
      <w:t>NADASEPIERDE.COM   /   ACADEMIA DIGITAL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ptos" w:hAnsi="Aptos"/>
      <w:color w:val="23354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4958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5A6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E384C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Cuaderno de prácticas Word M05</dc:title>
  <dc:subject>Cuatro misiones didácticas</dc:subject>
  <dc:creator>NADASEPIERDE.COM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